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Aptos" w:hAnsi="Aptos" w:eastAsia="Aptos"/>
          <w:b/>
          <w:color w:val="1F2937"/>
          <w:sz w:val="23"/>
        </w:rPr>
        <w:t>Hoof s.r.o.</w:t>
      </w:r>
      <w:r>
        <w:rPr>
          <w:rFonts w:ascii="Aptos" w:hAnsi="Aptos" w:eastAsia="Aptos"/>
          <w:b w:val="0"/>
          <w:color w:val="4B5563"/>
          <w:sz w:val="21"/>
        </w:rPr>
        <w:t xml:space="preserve">  |  farriershop.at</w:t>
      </w:r>
    </w:p>
    <w:p>
      <w:pPr>
        <w:spacing w:before="80" w:after="60"/>
        <w:jc w:val="center"/>
      </w:pPr>
      <w:r>
        <w:rPr>
          <w:rFonts w:ascii="Aptos" w:hAnsi="Aptos" w:eastAsia="Aptos"/>
          <w:b/>
          <w:color w:val="111827"/>
          <w:sz w:val="32"/>
        </w:rPr>
        <w:t>MUSTER-WIDERRUFSFORMULAR</w:t>
      </w:r>
    </w:p>
    <w:p>
      <w:pPr>
        <w:spacing w:after="140"/>
        <w:jc w:val="center"/>
      </w:pPr>
      <w:r>
        <w:rPr>
          <w:rFonts w:ascii="Aptos" w:hAnsi="Aptos" w:eastAsia="Aptos"/>
          <w:b w:val="0"/>
          <w:color w:val="4B5563"/>
          <w:sz w:val="19"/>
        </w:rPr>
        <w:t>Wenn Sie den Vertrag widerrufen wollen, füllen Sie bitte dieses Formular aus und senden Sie es zurück.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38"/>
        <w:gridCol w:w="7370"/>
      </w:tblGrid>
      <w:tr>
        <w:tc>
          <w:tcPr>
            <w:tcW w:type="dxa" w:w="5074"/>
            <w:shd w:fill="F3F4F6"/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</w:tcBorders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1F2937"/>
                <w:sz w:val="19"/>
              </w:rPr>
              <w:t>An – Unternehmer</w:t>
            </w:r>
          </w:p>
        </w:tc>
        <w:tc>
          <w:tcPr>
            <w:tcW w:type="dxa" w:w="5074"/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</w:tcBorders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1F2937"/>
                <w:sz w:val="20"/>
              </w:rPr>
              <w:t>Hoof s.r.o.</w:t>
              <w:br/>
            </w:r>
            <w:r>
              <w:rPr>
                <w:rFonts w:ascii="Aptos" w:hAnsi="Aptos" w:eastAsia="Aptos"/>
                <w:b w:val="0"/>
                <w:color w:val="1F2937"/>
                <w:sz w:val="19"/>
              </w:rPr>
              <w:t>Poľná ulica 62/3</w:t>
              <w:br/>
              <w:t>945 01 Komárno-Hadovce</w:t>
              <w:br/>
              <w:t>Slowakische Republik</w:t>
              <w:br/>
            </w:r>
            <w:r>
              <w:rPr>
                <w:rFonts w:ascii="Aptos" w:hAnsi="Aptos" w:eastAsia="Aptos"/>
                <w:b w:val="0"/>
                <w:color w:val="1F2937"/>
                <w:sz w:val="19"/>
              </w:rPr>
              <w:t>info@farriershop.at  |  +421 908 089 359</w:t>
            </w:r>
          </w:p>
        </w:tc>
      </w:tr>
    </w:tbl>
    <w:p>
      <w:pPr>
        <w:spacing w:after="20"/>
      </w:pPr>
    </w:p>
    <w:p>
      <w:pPr>
        <w:spacing w:before="60" w:after="80"/>
      </w:pPr>
      <w:r>
        <w:rPr>
          <w:rFonts w:ascii="Aptos" w:hAnsi="Aptos" w:eastAsia="Aptos"/>
          <w:b/>
          <w:color w:val="1F2937"/>
          <w:sz w:val="20"/>
        </w:rPr>
        <w:t>Hiermit widerrufe(n) ich / wir* den von mir / uns* abgeschlossenen Vertrag über den Kauf der folgenden Waren* / die Erbringung der folgenden Dienstleistung*: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74"/>
        <w:gridCol w:w="5074"/>
      </w:tblGrid>
      <w:tr>
        <w:trPr>
          <w:trHeight w:val="1276"/>
        </w:trPr>
        <w:tc>
          <w:tcPr>
            <w:tcW w:type="dxa" w:w="3572"/>
            <w:shd w:fill="F3F4F6"/>
            <w:vAlign w:val="center"/>
            <w:tcBorders>
              <w:top w:val="single" w:sz="5" w:color="D1D5DB"/>
              <w:left w:val="single" w:sz="5" w:color="D1D5DB"/>
              <w:bottom w:val="single" w:sz="5" w:color="D1D5DB"/>
              <w:right w:val="single" w:sz="5" w:color="D1D5DB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1F2937"/>
                <w:sz w:val="18"/>
              </w:rPr>
              <w:t>Waren / Dienstleistung</w:t>
            </w:r>
          </w:p>
        </w:tc>
        <w:tc>
          <w:tcPr>
            <w:tcW w:type="dxa" w:w="6236"/>
            <w:vAlign w:val="center"/>
            <w:tcBorders>
              <w:top w:val="single" w:sz="5" w:color="D1D5DB"/>
              <w:left w:val="single" w:sz="5" w:color="D1D5DB"/>
              <w:bottom w:val="single" w:sz="5" w:color="D1D5DB"/>
              <w:right w:val="single" w:sz="5" w:color="D1D5DB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374151"/>
                <w:sz w:val="18"/>
              </w:rPr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74"/>
        <w:gridCol w:w="5074"/>
      </w:tblGrid>
      <w:tr>
        <w:tc>
          <w:tcPr>
            <w:tcW w:type="dxa" w:w="3572"/>
            <w:shd w:fill="F3F4F6"/>
            <w:vAlign w:val="center"/>
            <w:tcBorders>
              <w:top w:val="single" w:sz="5" w:color="D1D5DB"/>
              <w:left w:val="single" w:sz="5" w:color="D1D5DB"/>
              <w:bottom w:val="single" w:sz="5" w:color="D1D5DB"/>
              <w:right w:val="single" w:sz="5" w:color="D1D5DB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1F2937"/>
                <w:sz w:val="18"/>
              </w:rPr>
              <w:t>Bestellt am*</w:t>
            </w:r>
          </w:p>
        </w:tc>
        <w:tc>
          <w:tcPr>
            <w:tcW w:type="dxa" w:w="6236"/>
            <w:vAlign w:val="center"/>
            <w:tcBorders>
              <w:top w:val="single" w:sz="5" w:color="D1D5DB"/>
              <w:left w:val="single" w:sz="5" w:color="D1D5DB"/>
              <w:bottom w:val="single" w:sz="5" w:color="D1D5DB"/>
              <w:right w:val="single" w:sz="5" w:color="D1D5DB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374151"/>
                <w:sz w:val="18"/>
              </w:rPr>
            </w:r>
          </w:p>
        </w:tc>
      </w:tr>
      <w:tr>
        <w:tc>
          <w:tcPr>
            <w:tcW w:type="dxa" w:w="3572"/>
            <w:shd w:fill="F3F4F6"/>
            <w:vAlign w:val="center"/>
            <w:tcBorders>
              <w:top w:val="single" w:sz="5" w:color="D1D5DB"/>
              <w:left w:val="single" w:sz="5" w:color="D1D5DB"/>
              <w:bottom w:val="single" w:sz="5" w:color="D1D5DB"/>
              <w:right w:val="single" w:sz="5" w:color="D1D5DB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1F2937"/>
                <w:sz w:val="18"/>
              </w:rPr>
              <w:t>Erhalten am*</w:t>
            </w:r>
          </w:p>
        </w:tc>
        <w:tc>
          <w:tcPr>
            <w:tcW w:type="dxa" w:w="6236"/>
            <w:vAlign w:val="center"/>
            <w:tcBorders>
              <w:top w:val="single" w:sz="5" w:color="D1D5DB"/>
              <w:left w:val="single" w:sz="5" w:color="D1D5DB"/>
              <w:bottom w:val="single" w:sz="5" w:color="D1D5DB"/>
              <w:right w:val="single" w:sz="5" w:color="D1D5DB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374151"/>
                <w:sz w:val="18"/>
              </w:rPr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74"/>
        <w:gridCol w:w="5074"/>
      </w:tblGrid>
      <w:tr>
        <w:trPr>
          <w:trHeight w:val="510"/>
        </w:trPr>
        <w:tc>
          <w:tcPr>
            <w:tcW w:type="dxa" w:w="3572"/>
            <w:shd w:fill="F3F4F6"/>
            <w:vAlign w:val="center"/>
            <w:tcBorders>
              <w:top w:val="single" w:sz="5" w:color="D1D5DB"/>
              <w:left w:val="single" w:sz="5" w:color="D1D5DB"/>
              <w:bottom w:val="single" w:sz="5" w:color="D1D5DB"/>
              <w:right w:val="single" w:sz="5" w:color="D1D5DB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1F2937"/>
                <w:sz w:val="18"/>
              </w:rPr>
              <w:t>Name des / der Verbraucher(s)</w:t>
            </w:r>
          </w:p>
        </w:tc>
        <w:tc>
          <w:tcPr>
            <w:tcW w:type="dxa" w:w="6236"/>
            <w:vAlign w:val="center"/>
            <w:tcBorders>
              <w:top w:val="single" w:sz="5" w:color="D1D5DB"/>
              <w:left w:val="single" w:sz="5" w:color="D1D5DB"/>
              <w:bottom w:val="single" w:sz="5" w:color="D1D5DB"/>
              <w:right w:val="single" w:sz="5" w:color="D1D5DB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374151"/>
                <w:sz w:val="18"/>
              </w:rPr>
            </w:r>
          </w:p>
        </w:tc>
      </w:tr>
      <w:tr>
        <w:trPr>
          <w:trHeight w:val="822"/>
        </w:trPr>
        <w:tc>
          <w:tcPr>
            <w:tcW w:type="dxa" w:w="3572"/>
            <w:shd w:fill="F3F4F6"/>
            <w:vAlign w:val="center"/>
            <w:tcBorders>
              <w:top w:val="single" w:sz="5" w:color="D1D5DB"/>
              <w:left w:val="single" w:sz="5" w:color="D1D5DB"/>
              <w:bottom w:val="single" w:sz="5" w:color="D1D5DB"/>
              <w:right w:val="single" w:sz="5" w:color="D1D5DB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1F2937"/>
                <w:sz w:val="18"/>
              </w:rPr>
              <w:t>Anschrift des / der Verbraucher(s)</w:t>
            </w:r>
          </w:p>
        </w:tc>
        <w:tc>
          <w:tcPr>
            <w:tcW w:type="dxa" w:w="6236"/>
            <w:vAlign w:val="center"/>
            <w:tcBorders>
              <w:top w:val="single" w:sz="5" w:color="D1D5DB"/>
              <w:left w:val="single" w:sz="5" w:color="D1D5DB"/>
              <w:bottom w:val="single" w:sz="5" w:color="D1D5DB"/>
              <w:right w:val="single" w:sz="5" w:color="D1D5DB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374151"/>
                <w:sz w:val="18"/>
              </w:rPr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74"/>
        <w:gridCol w:w="5074"/>
      </w:tblGrid>
      <w:tr>
        <w:trPr>
          <w:trHeight w:val="454"/>
        </w:trPr>
        <w:tc>
          <w:tcPr>
            <w:tcW w:type="dxa" w:w="3572"/>
            <w:shd w:fill="F3F4F6"/>
            <w:vAlign w:val="center"/>
            <w:tcBorders>
              <w:top w:val="single" w:sz="5" w:color="D1D5DB"/>
              <w:left w:val="single" w:sz="5" w:color="D1D5DB"/>
              <w:bottom w:val="single" w:sz="5" w:color="D1D5DB"/>
              <w:right w:val="single" w:sz="5" w:color="D1D5DB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1F2937"/>
                <w:sz w:val="18"/>
              </w:rPr>
              <w:t>Datum</w:t>
            </w:r>
          </w:p>
        </w:tc>
        <w:tc>
          <w:tcPr>
            <w:tcW w:type="dxa" w:w="6236"/>
            <w:vAlign w:val="center"/>
            <w:tcBorders>
              <w:top w:val="single" w:sz="5" w:color="D1D5DB"/>
              <w:left w:val="single" w:sz="5" w:color="D1D5DB"/>
              <w:bottom w:val="single" w:sz="5" w:color="D1D5DB"/>
              <w:right w:val="single" w:sz="5" w:color="D1D5DB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374151"/>
                <w:sz w:val="18"/>
              </w:rPr>
            </w:r>
          </w:p>
        </w:tc>
      </w:tr>
      <w:tr>
        <w:trPr>
          <w:trHeight w:val="595"/>
        </w:trPr>
        <w:tc>
          <w:tcPr>
            <w:tcW w:type="dxa" w:w="3572"/>
            <w:shd w:fill="F3F4F6"/>
            <w:vAlign w:val="center"/>
            <w:tcBorders>
              <w:top w:val="single" w:sz="5" w:color="D1D5DB"/>
              <w:left w:val="single" w:sz="5" w:color="D1D5DB"/>
              <w:bottom w:val="single" w:sz="5" w:color="D1D5DB"/>
              <w:right w:val="single" w:sz="5" w:color="D1D5DB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1F2937"/>
                <w:sz w:val="18"/>
              </w:rPr>
              <w:t>Unterschrift des / der Verbraucher(s)</w:t>
            </w:r>
          </w:p>
        </w:tc>
        <w:tc>
          <w:tcPr>
            <w:tcW w:type="dxa" w:w="6236"/>
            <w:vAlign w:val="center"/>
            <w:tcBorders>
              <w:top w:val="single" w:sz="5" w:color="D1D5DB"/>
              <w:left w:val="single" w:sz="5" w:color="D1D5DB"/>
              <w:bottom w:val="single" w:sz="5" w:color="D1D5DB"/>
              <w:right w:val="single" w:sz="5" w:color="D1D5DB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374151"/>
                <w:sz w:val="18"/>
              </w:rPr>
            </w:r>
          </w:p>
        </w:tc>
      </w:tr>
    </w:tbl>
    <w:p>
      <w:pPr>
        <w:spacing w:before="40" w:after="40"/>
      </w:pPr>
      <w:r>
        <w:rPr>
          <w:rFonts w:ascii="Aptos" w:hAnsi="Aptos" w:eastAsia="Aptos"/>
          <w:b w:val="0"/>
          <w:color w:val="6B7280"/>
          <w:sz w:val="17"/>
        </w:rPr>
        <w:t>Die Unterschrift ist nur bei Mitteilung auf Papier erforderlich.</w:t>
      </w:r>
    </w:p>
    <w:p>
      <w:pPr>
        <w:spacing w:before="100" w:after="60"/>
      </w:pPr>
      <w:r>
        <w:rPr>
          <w:rFonts w:ascii="Aptos" w:hAnsi="Aptos" w:eastAsia="Aptos"/>
          <w:b/>
          <w:color w:val="111827"/>
          <w:sz w:val="22"/>
        </w:rPr>
        <w:t>Freiwillige Angaben zur schnelleren Bearbeitung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74"/>
        <w:gridCol w:w="5074"/>
      </w:tblGrid>
      <w:tr>
        <w:tc>
          <w:tcPr>
            <w:tcW w:type="dxa" w:w="4535"/>
            <w:shd w:fill="F3F4F6"/>
            <w:vAlign w:val="center"/>
            <w:tcBorders>
              <w:top w:val="single" w:sz="5" w:color="D1D5DB"/>
              <w:left w:val="single" w:sz="5" w:color="D1D5DB"/>
              <w:bottom w:val="single" w:sz="5" w:color="D1D5DB"/>
              <w:right w:val="single" w:sz="5" w:color="D1D5DB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1F2937"/>
                <w:sz w:val="18"/>
              </w:rPr>
              <w:t>Bestellnummer</w:t>
            </w:r>
          </w:p>
        </w:tc>
        <w:tc>
          <w:tcPr>
            <w:tcW w:type="dxa" w:w="5272"/>
            <w:vAlign w:val="center"/>
            <w:tcBorders>
              <w:top w:val="single" w:sz="5" w:color="D1D5DB"/>
              <w:left w:val="single" w:sz="5" w:color="D1D5DB"/>
              <w:bottom w:val="single" w:sz="5" w:color="D1D5DB"/>
              <w:right w:val="single" w:sz="5" w:color="D1D5DB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374151"/>
                <w:sz w:val="18"/>
              </w:rPr>
            </w:r>
          </w:p>
        </w:tc>
      </w:tr>
      <w:tr>
        <w:tc>
          <w:tcPr>
            <w:tcW w:type="dxa" w:w="4535"/>
            <w:shd w:fill="F3F4F6"/>
            <w:vAlign w:val="center"/>
            <w:tcBorders>
              <w:top w:val="single" w:sz="5" w:color="D1D5DB"/>
              <w:left w:val="single" w:sz="5" w:color="D1D5DB"/>
              <w:bottom w:val="single" w:sz="5" w:color="D1D5DB"/>
              <w:right w:val="single" w:sz="5" w:color="D1D5DB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1F2937"/>
                <w:sz w:val="18"/>
              </w:rPr>
              <w:t>Rechnungsnummer</w:t>
            </w:r>
          </w:p>
        </w:tc>
        <w:tc>
          <w:tcPr>
            <w:tcW w:type="dxa" w:w="5272"/>
            <w:vAlign w:val="center"/>
            <w:tcBorders>
              <w:top w:val="single" w:sz="5" w:color="D1D5DB"/>
              <w:left w:val="single" w:sz="5" w:color="D1D5DB"/>
              <w:bottom w:val="single" w:sz="5" w:color="D1D5DB"/>
              <w:right w:val="single" w:sz="5" w:color="D1D5DB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374151"/>
                <w:sz w:val="18"/>
              </w:rPr>
            </w:r>
          </w:p>
        </w:tc>
      </w:tr>
      <w:tr>
        <w:tc>
          <w:tcPr>
            <w:tcW w:type="dxa" w:w="4535"/>
            <w:shd w:fill="F3F4F6"/>
            <w:vAlign w:val="center"/>
            <w:tcBorders>
              <w:top w:val="single" w:sz="5" w:color="D1D5DB"/>
              <w:left w:val="single" w:sz="5" w:color="D1D5DB"/>
              <w:bottom w:val="single" w:sz="5" w:color="D1D5DB"/>
              <w:right w:val="single" w:sz="5" w:color="D1D5DB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1F2937"/>
                <w:sz w:val="18"/>
              </w:rPr>
              <w:t>E-Mail</w:t>
            </w:r>
          </w:p>
        </w:tc>
        <w:tc>
          <w:tcPr>
            <w:tcW w:type="dxa" w:w="5272"/>
            <w:vAlign w:val="center"/>
            <w:tcBorders>
              <w:top w:val="single" w:sz="5" w:color="D1D5DB"/>
              <w:left w:val="single" w:sz="5" w:color="D1D5DB"/>
              <w:bottom w:val="single" w:sz="5" w:color="D1D5DB"/>
              <w:right w:val="single" w:sz="5" w:color="D1D5DB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374151"/>
                <w:sz w:val="18"/>
              </w:rPr>
            </w:r>
          </w:p>
        </w:tc>
      </w:tr>
      <w:tr>
        <w:tc>
          <w:tcPr>
            <w:tcW w:type="dxa" w:w="4535"/>
            <w:shd w:fill="F3F4F6"/>
            <w:vAlign w:val="center"/>
            <w:tcBorders>
              <w:top w:val="single" w:sz="5" w:color="D1D5DB"/>
              <w:left w:val="single" w:sz="5" w:color="D1D5DB"/>
              <w:bottom w:val="single" w:sz="5" w:color="D1D5DB"/>
              <w:right w:val="single" w:sz="5" w:color="D1D5DB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1F2937"/>
                <w:sz w:val="18"/>
              </w:rPr>
              <w:t>Telefon</w:t>
            </w:r>
          </w:p>
        </w:tc>
        <w:tc>
          <w:tcPr>
            <w:tcW w:type="dxa" w:w="5272"/>
            <w:vAlign w:val="center"/>
            <w:tcBorders>
              <w:top w:val="single" w:sz="5" w:color="D1D5DB"/>
              <w:left w:val="single" w:sz="5" w:color="D1D5DB"/>
              <w:bottom w:val="single" w:sz="5" w:color="D1D5DB"/>
              <w:right w:val="single" w:sz="5" w:color="D1D5DB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374151"/>
                <w:sz w:val="18"/>
              </w:rPr>
            </w:r>
          </w:p>
        </w:tc>
      </w:tr>
      <w:tr>
        <w:tc>
          <w:tcPr>
            <w:tcW w:type="dxa" w:w="4535"/>
            <w:shd w:fill="F3F4F6"/>
            <w:vAlign w:val="center"/>
            <w:tcBorders>
              <w:top w:val="single" w:sz="5" w:color="D1D5DB"/>
              <w:left w:val="single" w:sz="5" w:color="D1D5DB"/>
              <w:bottom w:val="single" w:sz="5" w:color="D1D5DB"/>
              <w:right w:val="single" w:sz="5" w:color="D1D5DB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1F2937"/>
                <w:sz w:val="18"/>
              </w:rPr>
              <w:t>IBAN (nur wenn eine Rückzahlung per Banküberweisung gesondert vereinbart wurde)</w:t>
            </w:r>
          </w:p>
        </w:tc>
        <w:tc>
          <w:tcPr>
            <w:tcW w:type="dxa" w:w="5272"/>
            <w:vAlign w:val="center"/>
            <w:tcBorders>
              <w:top w:val="single" w:sz="5" w:color="D1D5DB"/>
              <w:left w:val="single" w:sz="5" w:color="D1D5DB"/>
              <w:bottom w:val="single" w:sz="5" w:color="D1D5DB"/>
              <w:right w:val="single" w:sz="5" w:color="D1D5DB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374151"/>
                <w:sz w:val="18"/>
              </w:rPr>
            </w:r>
          </w:p>
        </w:tc>
      </w:tr>
    </w:tbl>
    <w:p>
      <w:pPr>
        <w:spacing w:before="100" w:after="60"/>
      </w:pPr>
      <w:r>
        <w:rPr>
          <w:rFonts w:ascii="Aptos" w:hAnsi="Aptos" w:eastAsia="Aptos"/>
          <w:b/>
          <w:color w:val="111827"/>
          <w:sz w:val="22"/>
        </w:rPr>
        <w:t>Übermittlung des Formulars</w:t>
      </w:r>
    </w:p>
    <w:p>
      <w:pPr>
        <w:spacing w:after="40"/>
      </w:pPr>
      <w:r>
        <w:rPr>
          <w:rFonts w:ascii="Aptos" w:hAnsi="Aptos" w:eastAsia="Aptos"/>
          <w:b w:val="0"/>
          <w:color w:val="374151"/>
          <w:sz w:val="18"/>
        </w:rPr>
        <w:t>Das ausgefüllte Formular kann per E-Mail oder per Post an die oben genannten Kontaktdaten gesendet werden. Die Verwendung dieses Musters ist nicht vorgeschrieben; der Widerruf kann auch durch eine andere eindeutige Erklärung erfolgen.</w:t>
      </w:r>
    </w:p>
    <w:p>
      <w:pPr>
        <w:spacing w:after="20"/>
      </w:pPr>
      <w:r>
        <w:rPr>
          <w:rFonts w:ascii="Aptos" w:hAnsi="Aptos" w:eastAsia="Aptos"/>
          <w:b/>
          <w:color w:val="4B5563"/>
          <w:sz w:val="17"/>
        </w:rPr>
        <w:t>* Unzutreffendes streichen.</w:t>
      </w:r>
    </w:p>
    <w:p>
      <w:pPr>
        <w:spacing w:after="0"/>
      </w:pPr>
      <w:r>
        <w:rPr>
          <w:rFonts w:ascii="Aptos" w:hAnsi="Aptos" w:eastAsia="Aptos"/>
          <w:b w:val="0"/>
          <w:color w:val="6B7280"/>
          <w:sz w:val="16"/>
        </w:rPr>
        <w:t>Rechtsgrundlage: Fern- und Auswärtsgeschäfte-Gesetz (FAGG), Anhang I Teil B.</w:t>
      </w:r>
    </w:p>
    <w:sectPr w:rsidR="00FC693F" w:rsidRPr="0006063C" w:rsidSect="00034616">
      <w:footerReference w:type="default" r:id="rId9"/>
      <w:pgSz w:w="11906" w:h="16838"/>
      <w:pgMar w:top="822" w:right="879" w:bottom="765" w:left="8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 w:eastAsia="Aptos"/>
        <w:b w:val="0"/>
        <w:color w:val="6B7280"/>
        <w:sz w:val="16"/>
      </w:rPr>
      <w:t>Hoof s.r.o.  •  farriershop.at  •  info@farriershop.at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2" w:lineRule="auto"/>
    </w:pPr>
    <w:rPr>
      <w:rFonts w:ascii="Aptos" w:hAnsi="Aptos"/>
      <w:color w:val="1F293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